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3D308" w14:textId="77777777" w:rsidR="00A57BEA" w:rsidRDefault="00A57BEA">
      <w:pPr>
        <w:pStyle w:val="Title"/>
        <w:jc w:val="center"/>
      </w:pPr>
    </w:p>
    <w:p w14:paraId="55282E34" w14:textId="58F3B7F1" w:rsidR="00AA6CA5" w:rsidRDefault="000F0A5C">
      <w:pPr>
        <w:pStyle w:val="Title"/>
        <w:jc w:val="center"/>
      </w:pPr>
      <w:r>
        <w:t>PRIJAVNI OBRAZAC</w:t>
      </w:r>
    </w:p>
    <w:p w14:paraId="5D8AA6B0" w14:textId="14CD5E54" w:rsidR="00AA6CA5" w:rsidRDefault="000F0A5C" w:rsidP="005C1DA6">
      <w:pPr>
        <w:jc w:val="center"/>
      </w:pPr>
      <w:r>
        <w:t xml:space="preserve">za učešće u Javnom pozivu za </w:t>
      </w:r>
      <w:r w:rsidR="00E6371E" w:rsidRPr="00E6371E">
        <w:t xml:space="preserve">tehničku i finansijsku podršku </w:t>
      </w:r>
      <w:r w:rsidR="000C35E9">
        <w:t>projektima</w:t>
      </w:r>
      <w:r w:rsidR="00E6371E" w:rsidRPr="00E6371E">
        <w:t xml:space="preserve"> </w:t>
      </w:r>
      <w:r w:rsidR="00E6371E">
        <w:t>energetsk</w:t>
      </w:r>
      <w:r w:rsidR="000C35E9">
        <w:t>e</w:t>
      </w:r>
      <w:r w:rsidR="00E6371E">
        <w:t xml:space="preserve"> efikasnost</w:t>
      </w:r>
      <w:r w:rsidR="000C35E9">
        <w:t>i</w:t>
      </w:r>
      <w:r w:rsidR="00E6371E">
        <w:t xml:space="preserve"> </w:t>
      </w:r>
      <w:r w:rsidR="005A739D">
        <w:t>i</w:t>
      </w:r>
      <w:r w:rsidR="00E6371E">
        <w:t xml:space="preserve"> obnovljiv</w:t>
      </w:r>
      <w:r w:rsidR="00AE3D75">
        <w:t>ih</w:t>
      </w:r>
      <w:r w:rsidR="00E6371E">
        <w:t xml:space="preserve"> izvor</w:t>
      </w:r>
      <w:r w:rsidR="00AE3D75">
        <w:t>a</w:t>
      </w:r>
      <w:r w:rsidR="00E6371E">
        <w:t xml:space="preserve"> energije </w:t>
      </w:r>
      <w:r>
        <w:t>u javnim objektima u Bosni i Hercegovini</w:t>
      </w:r>
    </w:p>
    <w:p w14:paraId="0C96F70E" w14:textId="77777777" w:rsidR="002E44DB" w:rsidRDefault="002E44DB" w:rsidP="005C1DA6">
      <w:pPr>
        <w:jc w:val="center"/>
      </w:pPr>
    </w:p>
    <w:p w14:paraId="481AA747" w14:textId="77777777" w:rsidR="002E44DB" w:rsidRDefault="002E44DB" w:rsidP="002E44DB">
      <w:pPr>
        <w:pStyle w:val="Heading2"/>
      </w:pPr>
      <w:r>
        <w:t>1. OPĆI PODACI O APLIKANTU</w:t>
      </w:r>
    </w:p>
    <w:p w14:paraId="419027F5" w14:textId="77777777" w:rsidR="002E44DB" w:rsidRDefault="002E44DB" w:rsidP="002E44DB">
      <w:r w:rsidRPr="00043542">
        <w:rPr>
          <w:b/>
          <w:bCs/>
        </w:rPr>
        <w:t>1.1 Naziv institucije / ustanove:</w:t>
      </w:r>
      <w:r>
        <w:t xml:space="preserve"> ________________________________</w:t>
      </w:r>
    </w:p>
    <w:p w14:paraId="5259C1B0" w14:textId="1A3BAD64" w:rsidR="002E44DB" w:rsidRPr="00043542" w:rsidRDefault="002E44DB" w:rsidP="002E44DB">
      <w:pPr>
        <w:rPr>
          <w:b/>
          <w:bCs/>
        </w:rPr>
      </w:pPr>
      <w:r w:rsidRPr="00043542">
        <w:rPr>
          <w:b/>
          <w:bCs/>
        </w:rPr>
        <w:t xml:space="preserve">1.2 </w:t>
      </w:r>
      <w:r w:rsidR="006C6B47" w:rsidRPr="00043542">
        <w:rPr>
          <w:b/>
          <w:bCs/>
        </w:rPr>
        <w:t>Osnivač</w:t>
      </w:r>
      <w:r w:rsidRPr="00043542">
        <w:rPr>
          <w:b/>
          <w:bCs/>
        </w:rPr>
        <w:t>:</w:t>
      </w:r>
    </w:p>
    <w:p w14:paraId="41E40E87" w14:textId="77777777" w:rsidR="002E44DB" w:rsidRDefault="002E44DB" w:rsidP="002E44DB">
      <w:r>
        <w:t xml:space="preserve">   ☐ Državna institucija   </w:t>
      </w:r>
    </w:p>
    <w:p w14:paraId="6B425543" w14:textId="145A457D" w:rsidR="002E44DB" w:rsidRDefault="002E44DB" w:rsidP="002E44DB">
      <w:r>
        <w:t xml:space="preserve">   ☐ Entitetska institucija   </w:t>
      </w:r>
    </w:p>
    <w:p w14:paraId="5868550D" w14:textId="3FA1DD67" w:rsidR="002E44DB" w:rsidRDefault="002E44DB" w:rsidP="002E44DB">
      <w:r>
        <w:t xml:space="preserve">   ☐ Kantonalna institucija</w:t>
      </w:r>
    </w:p>
    <w:p w14:paraId="7D876145" w14:textId="02806C5C" w:rsidR="002E44DB" w:rsidRDefault="002E44DB" w:rsidP="002E44DB">
      <w:r>
        <w:t xml:space="preserve">  ☐ Općinska/</w:t>
      </w:r>
      <w:r w:rsidR="000E37CC">
        <w:t>Opštinska/</w:t>
      </w:r>
      <w:r>
        <w:t xml:space="preserve">Gradska institucija   </w:t>
      </w:r>
    </w:p>
    <w:p w14:paraId="3593C4F1" w14:textId="0FB963EA" w:rsidR="002E44DB" w:rsidRDefault="002E44DB" w:rsidP="002E44DB">
      <w:r>
        <w:t xml:space="preserve">  ☐ Ostalo: _____________</w:t>
      </w:r>
      <w:r w:rsidR="009908A1">
        <w:t>______</w:t>
      </w:r>
    </w:p>
    <w:p w14:paraId="00F716A4" w14:textId="25AB5ADE" w:rsidR="002E44DB" w:rsidRPr="00043542" w:rsidRDefault="002E44DB" w:rsidP="002E44DB">
      <w:pPr>
        <w:rPr>
          <w:b/>
          <w:bCs/>
        </w:rPr>
      </w:pPr>
      <w:r w:rsidRPr="00043542">
        <w:rPr>
          <w:b/>
          <w:bCs/>
        </w:rPr>
        <w:t>1.3 Adresa sjedišta (ulica i broj, općina</w:t>
      </w:r>
      <w:r w:rsidR="000E37CC">
        <w:rPr>
          <w:b/>
          <w:bCs/>
        </w:rPr>
        <w:t>/opština</w:t>
      </w:r>
      <w:r w:rsidRPr="00043542">
        <w:rPr>
          <w:b/>
          <w:bCs/>
        </w:rPr>
        <w:t>/grad, poštanski broj):</w:t>
      </w:r>
    </w:p>
    <w:p w14:paraId="222C30D3" w14:textId="7B4A36F6" w:rsidR="002E44DB" w:rsidRDefault="002E44DB" w:rsidP="002E44DB">
      <w:r>
        <w:t>_______________________________________________________________</w:t>
      </w:r>
      <w:r w:rsidR="00043542">
        <w:t>____</w:t>
      </w:r>
    </w:p>
    <w:p w14:paraId="1459DEAE" w14:textId="5C52EEAC" w:rsidR="002E44DB" w:rsidRPr="00043542" w:rsidRDefault="002E44DB" w:rsidP="002E44DB">
      <w:pPr>
        <w:rPr>
          <w:b/>
          <w:bCs/>
        </w:rPr>
      </w:pPr>
      <w:r w:rsidRPr="00043542">
        <w:rPr>
          <w:b/>
          <w:bCs/>
        </w:rPr>
        <w:t>1.4 Kontakt osoba:</w:t>
      </w:r>
    </w:p>
    <w:p w14:paraId="3BB12A01" w14:textId="702141EC" w:rsidR="00843D06" w:rsidRPr="00043542" w:rsidRDefault="00843D06" w:rsidP="00043542">
      <w:pPr>
        <w:pStyle w:val="NormalWeb"/>
        <w:numPr>
          <w:ilvl w:val="0"/>
          <w:numId w:val="13"/>
        </w:numPr>
        <w:rPr>
          <w:rFonts w:asciiTheme="minorHAnsi" w:hAnsiTheme="minorHAnsi"/>
        </w:rPr>
      </w:pPr>
      <w:r w:rsidRPr="00043542">
        <w:rPr>
          <w:rFonts w:asciiTheme="minorHAnsi" w:hAnsiTheme="minorHAnsi"/>
        </w:rPr>
        <w:t>Ime i prezime: __________________________</w:t>
      </w:r>
    </w:p>
    <w:p w14:paraId="16A53ADD" w14:textId="4038757B" w:rsidR="00843D06" w:rsidRPr="00043542" w:rsidRDefault="00843D06" w:rsidP="00043542">
      <w:pPr>
        <w:pStyle w:val="NormalWeb"/>
        <w:numPr>
          <w:ilvl w:val="0"/>
          <w:numId w:val="13"/>
        </w:numPr>
        <w:rPr>
          <w:rFonts w:asciiTheme="minorHAnsi" w:hAnsiTheme="minorHAnsi"/>
        </w:rPr>
      </w:pPr>
      <w:r w:rsidRPr="00043542">
        <w:rPr>
          <w:rFonts w:asciiTheme="minorHAnsi" w:hAnsiTheme="minorHAnsi"/>
        </w:rPr>
        <w:t>Funkcija: ______________________________</w:t>
      </w:r>
      <w:r w:rsidR="00043542">
        <w:rPr>
          <w:rFonts w:asciiTheme="minorHAnsi" w:hAnsiTheme="minorHAnsi"/>
        </w:rPr>
        <w:t>__</w:t>
      </w:r>
    </w:p>
    <w:p w14:paraId="5BCFE33C" w14:textId="00B7A1C9" w:rsidR="00843D06" w:rsidRPr="00043542" w:rsidRDefault="00843D06" w:rsidP="00043542">
      <w:pPr>
        <w:pStyle w:val="NormalWeb"/>
        <w:numPr>
          <w:ilvl w:val="0"/>
          <w:numId w:val="13"/>
        </w:numPr>
        <w:rPr>
          <w:rFonts w:asciiTheme="minorHAnsi" w:hAnsiTheme="minorHAnsi"/>
        </w:rPr>
      </w:pPr>
      <w:r w:rsidRPr="00043542">
        <w:rPr>
          <w:rFonts w:asciiTheme="minorHAnsi" w:hAnsiTheme="minorHAnsi"/>
        </w:rPr>
        <w:t>Telefon: _______________________________</w:t>
      </w:r>
      <w:r w:rsidR="00043542">
        <w:rPr>
          <w:rFonts w:asciiTheme="minorHAnsi" w:hAnsiTheme="minorHAnsi"/>
        </w:rPr>
        <w:t>__</w:t>
      </w:r>
    </w:p>
    <w:p w14:paraId="514D626B" w14:textId="161E0A3A" w:rsidR="00843D06" w:rsidRPr="00043542" w:rsidRDefault="00843D06" w:rsidP="00043542">
      <w:pPr>
        <w:pStyle w:val="NormalWeb"/>
        <w:numPr>
          <w:ilvl w:val="0"/>
          <w:numId w:val="13"/>
        </w:numPr>
        <w:rPr>
          <w:rFonts w:asciiTheme="minorHAnsi" w:hAnsiTheme="minorHAnsi"/>
        </w:rPr>
      </w:pPr>
      <w:r w:rsidRPr="00043542">
        <w:rPr>
          <w:rFonts w:asciiTheme="minorHAnsi" w:hAnsiTheme="minorHAnsi"/>
        </w:rPr>
        <w:t>E-mail: ________________________________</w:t>
      </w:r>
      <w:r w:rsidR="00043542">
        <w:rPr>
          <w:rFonts w:asciiTheme="minorHAnsi" w:hAnsiTheme="minorHAnsi"/>
        </w:rPr>
        <w:t>__</w:t>
      </w:r>
    </w:p>
    <w:p w14:paraId="30C42A47" w14:textId="77777777" w:rsidR="002E44DB" w:rsidRPr="00043542" w:rsidRDefault="002E44DB" w:rsidP="002E44DB">
      <w:pPr>
        <w:rPr>
          <w:b/>
          <w:bCs/>
        </w:rPr>
      </w:pPr>
      <w:r w:rsidRPr="00043542">
        <w:rPr>
          <w:b/>
          <w:bCs/>
        </w:rPr>
        <w:t>1.5 Osoba ovlaštena za potpisivanje (ime, prezime, funkcija):</w:t>
      </w:r>
    </w:p>
    <w:p w14:paraId="7096A9AD" w14:textId="48C3B83A" w:rsidR="002E44DB" w:rsidRDefault="002E44DB" w:rsidP="002E44DB">
      <w:r>
        <w:t>_______________________________________________________________</w:t>
      </w:r>
      <w:r w:rsidR="00043542">
        <w:t>___</w:t>
      </w:r>
    </w:p>
    <w:p w14:paraId="527D0B37" w14:textId="77777777" w:rsidR="001A208C" w:rsidRDefault="001A208C" w:rsidP="002E44DB"/>
    <w:p w14:paraId="5EF8416A" w14:textId="763E2EE6" w:rsidR="002E44DB" w:rsidRDefault="002E44DB" w:rsidP="002E44DB">
      <w:pPr>
        <w:pStyle w:val="Heading2"/>
      </w:pPr>
      <w:r>
        <w:lastRenderedPageBreak/>
        <w:t>2. PODACI O OBJEKTU</w:t>
      </w:r>
    </w:p>
    <w:p w14:paraId="74F26B2D" w14:textId="01B165F7" w:rsidR="002E44DB" w:rsidRDefault="002E44DB" w:rsidP="002E44DB">
      <w:r w:rsidRPr="00043542">
        <w:rPr>
          <w:b/>
          <w:bCs/>
        </w:rPr>
        <w:t>2.1 Naziv objekta:</w:t>
      </w:r>
      <w:r>
        <w:t xml:space="preserve"> ___________________________________</w:t>
      </w:r>
      <w:r w:rsidR="00043542">
        <w:t>_________</w:t>
      </w:r>
    </w:p>
    <w:p w14:paraId="13069E3A" w14:textId="77777777" w:rsidR="002E44DB" w:rsidRDefault="002E44DB" w:rsidP="002E44DB">
      <w:r w:rsidRPr="00043542">
        <w:rPr>
          <w:b/>
          <w:bCs/>
        </w:rPr>
        <w:t>2.2 Adresa objekta:</w:t>
      </w:r>
      <w:r>
        <w:t xml:space="preserve"> ___________________________________________</w:t>
      </w:r>
    </w:p>
    <w:p w14:paraId="0D7F72EC" w14:textId="76F7202C" w:rsidR="00CD29B2" w:rsidRPr="001A208C" w:rsidRDefault="002E44DB" w:rsidP="002E44DB">
      <w:r w:rsidRPr="00043542">
        <w:rPr>
          <w:b/>
          <w:bCs/>
        </w:rPr>
        <w:t>2.3 Godina izgradnje:</w:t>
      </w:r>
      <w:r>
        <w:t xml:space="preserve"> _________________________________________</w:t>
      </w:r>
    </w:p>
    <w:p w14:paraId="37F13605" w14:textId="4F6269BE" w:rsidR="002A3DBB" w:rsidRDefault="002E44DB" w:rsidP="002E44DB">
      <w:r w:rsidRPr="00043542">
        <w:rPr>
          <w:b/>
          <w:bCs/>
        </w:rPr>
        <w:t xml:space="preserve">2.4 </w:t>
      </w:r>
      <w:r w:rsidR="00897FFC" w:rsidRPr="00043542">
        <w:rPr>
          <w:b/>
          <w:bCs/>
        </w:rPr>
        <w:t>Godina rekonstrukcije i opis zahvata:</w:t>
      </w:r>
      <w:r w:rsidR="00897FFC">
        <w:t>______________________________________________________</w:t>
      </w:r>
    </w:p>
    <w:p w14:paraId="54337D3C" w14:textId="77777777" w:rsidR="007A28E8" w:rsidRPr="00002217" w:rsidRDefault="002A3DBB" w:rsidP="002E44DB">
      <w:pPr>
        <w:rPr>
          <w:b/>
          <w:bCs/>
        </w:rPr>
      </w:pPr>
      <w:r w:rsidRPr="00002217">
        <w:rPr>
          <w:b/>
          <w:bCs/>
        </w:rPr>
        <w:t xml:space="preserve">2.5 </w:t>
      </w:r>
      <w:r w:rsidR="002E44DB" w:rsidRPr="00002217">
        <w:rPr>
          <w:b/>
          <w:bCs/>
        </w:rPr>
        <w:t xml:space="preserve">Preostali životni vijek (min. 20 godina): </w:t>
      </w:r>
    </w:p>
    <w:p w14:paraId="12AEBF26" w14:textId="77777777" w:rsidR="007A28E8" w:rsidRDefault="002E44DB" w:rsidP="00002217">
      <w:pPr>
        <w:spacing w:after="0"/>
      </w:pPr>
      <w:r>
        <w:t xml:space="preserve">☐ Da   </w:t>
      </w:r>
    </w:p>
    <w:p w14:paraId="56041299" w14:textId="5658407C" w:rsidR="002E44DB" w:rsidRDefault="002E44DB" w:rsidP="00002217">
      <w:pPr>
        <w:spacing w:after="0"/>
      </w:pPr>
      <w:r>
        <w:t>☐ Ne</w:t>
      </w:r>
    </w:p>
    <w:p w14:paraId="421F9D18" w14:textId="77777777" w:rsidR="00002217" w:rsidRDefault="00002217" w:rsidP="00002217">
      <w:pPr>
        <w:spacing w:after="0"/>
      </w:pPr>
    </w:p>
    <w:p w14:paraId="3D6D3958" w14:textId="3BADF75D" w:rsidR="002D19BB" w:rsidRPr="002D19BB" w:rsidRDefault="002E44DB" w:rsidP="002E44DB">
      <w:r w:rsidRPr="00002217">
        <w:rPr>
          <w:b/>
          <w:bCs/>
        </w:rPr>
        <w:t>2.</w:t>
      </w:r>
      <w:r w:rsidR="002A3DBB" w:rsidRPr="00002217">
        <w:rPr>
          <w:b/>
          <w:bCs/>
        </w:rPr>
        <w:t>6</w:t>
      </w:r>
      <w:r w:rsidRPr="00002217">
        <w:rPr>
          <w:b/>
          <w:bCs/>
        </w:rPr>
        <w:t xml:space="preserve"> </w:t>
      </w:r>
      <w:r w:rsidR="002D19BB" w:rsidRPr="00002217">
        <w:rPr>
          <w:b/>
          <w:bCs/>
        </w:rPr>
        <w:t>Ukupna površina objekta (m</w:t>
      </w:r>
      <w:r w:rsidR="002D19BB" w:rsidRPr="00002217">
        <w:rPr>
          <w:b/>
          <w:bCs/>
          <w:vertAlign w:val="superscript"/>
        </w:rPr>
        <w:t>2</w:t>
      </w:r>
      <w:r w:rsidR="00750E4A" w:rsidRPr="00002217">
        <w:rPr>
          <w:b/>
          <w:bCs/>
        </w:rPr>
        <w:t>):</w:t>
      </w:r>
      <w:r w:rsidR="00750E4A">
        <w:t>________________</w:t>
      </w:r>
    </w:p>
    <w:p w14:paraId="2F1A8E48" w14:textId="55F6CF60" w:rsidR="007F5663" w:rsidRPr="00002217" w:rsidRDefault="002D19BB" w:rsidP="002E44DB">
      <w:pPr>
        <w:rPr>
          <w:b/>
          <w:bCs/>
        </w:rPr>
      </w:pPr>
      <w:r w:rsidRPr="00002217">
        <w:rPr>
          <w:b/>
          <w:bCs/>
        </w:rPr>
        <w:t xml:space="preserve">2.7. </w:t>
      </w:r>
      <w:r w:rsidR="002E44DB" w:rsidRPr="00002217">
        <w:rPr>
          <w:b/>
          <w:bCs/>
        </w:rPr>
        <w:t xml:space="preserve">Namjena objekta: </w:t>
      </w:r>
    </w:p>
    <w:p w14:paraId="7BE1B1DE" w14:textId="77777777" w:rsidR="007F5663" w:rsidRDefault="002E44DB" w:rsidP="00002217">
      <w:pPr>
        <w:spacing w:after="0"/>
      </w:pPr>
      <w:r>
        <w:t xml:space="preserve">☐ Obrazovanje </w:t>
      </w:r>
    </w:p>
    <w:p w14:paraId="4C59C57D" w14:textId="77777777" w:rsidR="007F5663" w:rsidRDefault="002E44DB" w:rsidP="00002217">
      <w:pPr>
        <w:spacing w:after="0"/>
      </w:pPr>
      <w:r>
        <w:t xml:space="preserve">☐ Zdravstvo </w:t>
      </w:r>
    </w:p>
    <w:p w14:paraId="5D012FBC" w14:textId="77777777" w:rsidR="007F5663" w:rsidRDefault="002E44DB" w:rsidP="00002217">
      <w:pPr>
        <w:spacing w:after="0"/>
      </w:pPr>
      <w:r>
        <w:t xml:space="preserve">☐ Socijalna zaštita </w:t>
      </w:r>
    </w:p>
    <w:p w14:paraId="0904E84B" w14:textId="77777777" w:rsidR="007F5663" w:rsidRDefault="002E44DB" w:rsidP="00002217">
      <w:pPr>
        <w:spacing w:after="0"/>
      </w:pPr>
      <w:r>
        <w:t xml:space="preserve">☐ Administracija </w:t>
      </w:r>
    </w:p>
    <w:p w14:paraId="754A4953" w14:textId="0A14DC16" w:rsidR="002E44DB" w:rsidRDefault="002E44DB" w:rsidP="00002217">
      <w:pPr>
        <w:spacing w:after="0"/>
      </w:pPr>
      <w:r>
        <w:t>☐ Ostalo: _______</w:t>
      </w:r>
      <w:r w:rsidR="0051626F">
        <w:t>________________________________________________</w:t>
      </w:r>
    </w:p>
    <w:p w14:paraId="212A8AA2" w14:textId="77777777" w:rsidR="002E44DB" w:rsidRDefault="002E44DB" w:rsidP="002E44DB">
      <w:pPr>
        <w:pStyle w:val="Heading2"/>
      </w:pPr>
      <w:r>
        <w:t>3. ENERGETSKI PODACI</w:t>
      </w:r>
    </w:p>
    <w:p w14:paraId="7EBCE489" w14:textId="77777777" w:rsidR="00914008" w:rsidRPr="00002217" w:rsidRDefault="002E44DB" w:rsidP="002E44DB">
      <w:pPr>
        <w:rPr>
          <w:b/>
          <w:bCs/>
        </w:rPr>
      </w:pPr>
      <w:r w:rsidRPr="00002217">
        <w:rPr>
          <w:b/>
          <w:bCs/>
        </w:rPr>
        <w:t xml:space="preserve">3.1 </w:t>
      </w:r>
      <w:r w:rsidR="00914008" w:rsidRPr="00002217">
        <w:rPr>
          <w:b/>
          <w:bCs/>
        </w:rPr>
        <w:t>Da li je objekt evidentiran u EMIS sistemu</w:t>
      </w:r>
      <w:r w:rsidRPr="00002217">
        <w:rPr>
          <w:b/>
          <w:bCs/>
        </w:rPr>
        <w:t xml:space="preserve">? </w:t>
      </w:r>
    </w:p>
    <w:p w14:paraId="00866E62" w14:textId="77777777" w:rsidR="00914008" w:rsidRDefault="002E44DB" w:rsidP="00002217">
      <w:pPr>
        <w:spacing w:after="0"/>
      </w:pPr>
      <w:r>
        <w:t xml:space="preserve">☐ Da   </w:t>
      </w:r>
    </w:p>
    <w:p w14:paraId="78151C8D" w14:textId="2F984B1D" w:rsidR="002E44DB" w:rsidRDefault="002E44DB" w:rsidP="00002217">
      <w:pPr>
        <w:spacing w:after="0"/>
      </w:pPr>
      <w:r>
        <w:t>☐ Ne</w:t>
      </w:r>
    </w:p>
    <w:p w14:paraId="71B2198E" w14:textId="77777777" w:rsidR="00002217" w:rsidRDefault="00002217" w:rsidP="00002217">
      <w:pPr>
        <w:spacing w:after="0"/>
      </w:pPr>
    </w:p>
    <w:p w14:paraId="7BA89398" w14:textId="7DD3D18F" w:rsidR="00914008" w:rsidRPr="00002217" w:rsidRDefault="00914008" w:rsidP="002E44DB">
      <w:pPr>
        <w:rPr>
          <w:b/>
          <w:bCs/>
        </w:rPr>
      </w:pPr>
      <w:r w:rsidRPr="00002217">
        <w:rPr>
          <w:b/>
          <w:bCs/>
        </w:rPr>
        <w:t xml:space="preserve">3.2 </w:t>
      </w:r>
      <w:r w:rsidR="00ED5421" w:rsidRPr="00002217">
        <w:rPr>
          <w:b/>
          <w:bCs/>
        </w:rPr>
        <w:t xml:space="preserve">Da li su dostupni podaci za posljednje </w:t>
      </w:r>
      <w:r w:rsidR="00BF0253">
        <w:rPr>
          <w:b/>
          <w:bCs/>
        </w:rPr>
        <w:t>tri</w:t>
      </w:r>
      <w:r w:rsidR="00ED5421" w:rsidRPr="00002217">
        <w:rPr>
          <w:b/>
          <w:bCs/>
        </w:rPr>
        <w:t xml:space="preserve"> godine?</w:t>
      </w:r>
    </w:p>
    <w:p w14:paraId="236B6070" w14:textId="7F1CBD94" w:rsidR="00ED5421" w:rsidRDefault="00ED5421" w:rsidP="002E44DB">
      <w:r w:rsidRPr="00ED5421">
        <w:rPr>
          <w:rFonts w:ascii="Segoe UI Symbol" w:hAnsi="Segoe UI Symbol" w:cs="Segoe UI Symbol"/>
        </w:rPr>
        <w:t>☐</w:t>
      </w:r>
      <w:r w:rsidRPr="00ED5421">
        <w:t xml:space="preserve"> D</w:t>
      </w:r>
      <w:r>
        <w:t>a</w:t>
      </w:r>
      <w:r w:rsidRPr="00ED5421">
        <w:br/>
      </w:r>
      <w:r w:rsidRPr="00ED5421">
        <w:rPr>
          <w:rFonts w:ascii="Segoe UI Symbol" w:hAnsi="Segoe UI Symbol" w:cs="Segoe UI Symbol"/>
        </w:rPr>
        <w:t>☐</w:t>
      </w:r>
      <w:r w:rsidRPr="00ED5421">
        <w:t xml:space="preserve"> N</w:t>
      </w:r>
      <w:r>
        <w:t>e</w:t>
      </w:r>
    </w:p>
    <w:p w14:paraId="5CF533CC" w14:textId="09351093" w:rsidR="002E44DB" w:rsidRPr="00002217" w:rsidRDefault="002E44DB" w:rsidP="002E44DB">
      <w:pPr>
        <w:rPr>
          <w:b/>
          <w:bCs/>
        </w:rPr>
      </w:pPr>
      <w:r w:rsidRPr="00002217">
        <w:rPr>
          <w:b/>
          <w:bCs/>
        </w:rPr>
        <w:t>3.</w:t>
      </w:r>
      <w:r w:rsidR="00222F9D" w:rsidRPr="00002217">
        <w:rPr>
          <w:b/>
          <w:bCs/>
        </w:rPr>
        <w:t>3</w:t>
      </w:r>
      <w:r w:rsidRPr="00002217">
        <w:rPr>
          <w:b/>
          <w:bCs/>
        </w:rPr>
        <w:t xml:space="preserve"> Godišnja potrošnja </w:t>
      </w:r>
      <w:r w:rsidR="00222F9D" w:rsidRPr="00002217">
        <w:rPr>
          <w:b/>
          <w:bCs/>
        </w:rPr>
        <w:t xml:space="preserve">toplotne </w:t>
      </w:r>
      <w:r w:rsidRPr="00002217">
        <w:rPr>
          <w:b/>
          <w:bCs/>
        </w:rPr>
        <w:t xml:space="preserve">energije i troškovi (kWh </w:t>
      </w:r>
      <w:r w:rsidR="0079040F">
        <w:rPr>
          <w:b/>
          <w:bCs/>
        </w:rPr>
        <w:t>i</w:t>
      </w:r>
      <w:r w:rsidRPr="00002217">
        <w:rPr>
          <w:b/>
          <w:bCs/>
        </w:rPr>
        <w:t xml:space="preserve"> KM):</w:t>
      </w:r>
    </w:p>
    <w:p w14:paraId="45D10C93" w14:textId="5CD8C242" w:rsidR="002E44DB" w:rsidRDefault="002E44DB" w:rsidP="002E44DB">
      <w:r>
        <w:t>2023: __________________</w:t>
      </w:r>
    </w:p>
    <w:p w14:paraId="33DDE96C" w14:textId="77777777" w:rsidR="006D0CF9" w:rsidRDefault="002E44DB" w:rsidP="002E44DB">
      <w:r>
        <w:t xml:space="preserve">2024: __________________   </w:t>
      </w:r>
    </w:p>
    <w:p w14:paraId="5943E021" w14:textId="3B2F1894" w:rsidR="007B7EC9" w:rsidRDefault="007B7EC9" w:rsidP="002E44DB">
      <w:r>
        <w:t>2025: __________________</w:t>
      </w:r>
    </w:p>
    <w:p w14:paraId="27324686" w14:textId="0770A885" w:rsidR="00222F9D" w:rsidRPr="00002217" w:rsidRDefault="00222F9D" w:rsidP="00222F9D">
      <w:pPr>
        <w:rPr>
          <w:b/>
          <w:bCs/>
        </w:rPr>
      </w:pPr>
      <w:r w:rsidRPr="00002217">
        <w:rPr>
          <w:b/>
          <w:bCs/>
        </w:rPr>
        <w:lastRenderedPageBreak/>
        <w:t>3.</w:t>
      </w:r>
      <w:r w:rsidR="00013896">
        <w:rPr>
          <w:b/>
          <w:bCs/>
        </w:rPr>
        <w:t>4</w:t>
      </w:r>
      <w:r w:rsidRPr="00002217">
        <w:rPr>
          <w:b/>
          <w:bCs/>
        </w:rPr>
        <w:t xml:space="preserve"> Godišnja potrošnja električne energije i troškovi (kWh </w:t>
      </w:r>
      <w:r w:rsidR="0079040F">
        <w:rPr>
          <w:b/>
          <w:bCs/>
        </w:rPr>
        <w:t>i</w:t>
      </w:r>
      <w:r w:rsidRPr="00002217">
        <w:rPr>
          <w:b/>
          <w:bCs/>
        </w:rPr>
        <w:t xml:space="preserve"> KM):</w:t>
      </w:r>
    </w:p>
    <w:p w14:paraId="71FAAC64" w14:textId="77777777" w:rsidR="00222F9D" w:rsidRDefault="00222F9D" w:rsidP="00222F9D">
      <w:r>
        <w:t>2023: __________________</w:t>
      </w:r>
    </w:p>
    <w:p w14:paraId="38B464C0" w14:textId="77777777" w:rsidR="00222F9D" w:rsidRDefault="00222F9D" w:rsidP="00222F9D">
      <w:r>
        <w:t xml:space="preserve">2024: __________________   </w:t>
      </w:r>
    </w:p>
    <w:p w14:paraId="5B23859C" w14:textId="3602F12D" w:rsidR="00CD29B2" w:rsidRPr="001A208C" w:rsidRDefault="007B7EC9" w:rsidP="002E44DB">
      <w:r>
        <w:t>2025: __________________</w:t>
      </w:r>
    </w:p>
    <w:p w14:paraId="761AAAB2" w14:textId="51A75402" w:rsidR="00222F9D" w:rsidRPr="00002217" w:rsidRDefault="002E44DB" w:rsidP="002E44DB">
      <w:pPr>
        <w:rPr>
          <w:b/>
          <w:bCs/>
        </w:rPr>
      </w:pPr>
      <w:r w:rsidRPr="00002217">
        <w:rPr>
          <w:b/>
          <w:bCs/>
        </w:rPr>
        <w:t>3.</w:t>
      </w:r>
      <w:r w:rsidR="002C4F34">
        <w:rPr>
          <w:b/>
          <w:bCs/>
        </w:rPr>
        <w:t>5</w:t>
      </w:r>
      <w:r w:rsidRPr="00002217">
        <w:rPr>
          <w:b/>
          <w:bCs/>
        </w:rPr>
        <w:t xml:space="preserve"> </w:t>
      </w:r>
      <w:r w:rsidR="00222F9D" w:rsidRPr="00002217">
        <w:rPr>
          <w:b/>
          <w:bCs/>
        </w:rPr>
        <w:t>Korišteni energenti za grijanje</w:t>
      </w:r>
      <w:r w:rsidRPr="00002217">
        <w:rPr>
          <w:b/>
          <w:bCs/>
        </w:rPr>
        <w:t xml:space="preserve"> (udio %): </w:t>
      </w:r>
    </w:p>
    <w:p w14:paraId="1D182665" w14:textId="77777777" w:rsidR="00222F9D" w:rsidRDefault="002E44DB" w:rsidP="00002217">
      <w:pPr>
        <w:pStyle w:val="ListParagraph"/>
        <w:numPr>
          <w:ilvl w:val="0"/>
          <w:numId w:val="14"/>
        </w:numPr>
        <w:spacing w:after="0"/>
      </w:pPr>
      <w:r>
        <w:t xml:space="preserve">Lož ulje ___ </w:t>
      </w:r>
    </w:p>
    <w:p w14:paraId="1DB8431F" w14:textId="77777777" w:rsidR="00222F9D" w:rsidRDefault="002E44DB" w:rsidP="00002217">
      <w:pPr>
        <w:pStyle w:val="ListParagraph"/>
        <w:numPr>
          <w:ilvl w:val="0"/>
          <w:numId w:val="14"/>
        </w:numPr>
        <w:spacing w:after="0"/>
      </w:pPr>
      <w:r>
        <w:t xml:space="preserve">Ugalj ___ </w:t>
      </w:r>
    </w:p>
    <w:p w14:paraId="60FCE812" w14:textId="77777777" w:rsidR="00222F9D" w:rsidRDefault="002E44DB" w:rsidP="00002217">
      <w:pPr>
        <w:pStyle w:val="ListParagraph"/>
        <w:numPr>
          <w:ilvl w:val="0"/>
          <w:numId w:val="14"/>
        </w:numPr>
        <w:spacing w:after="0"/>
      </w:pPr>
      <w:r>
        <w:t xml:space="preserve">Pelet ___ </w:t>
      </w:r>
    </w:p>
    <w:p w14:paraId="362F4A38" w14:textId="77777777" w:rsidR="00222F9D" w:rsidRDefault="002E44DB" w:rsidP="00002217">
      <w:pPr>
        <w:pStyle w:val="ListParagraph"/>
        <w:numPr>
          <w:ilvl w:val="0"/>
          <w:numId w:val="14"/>
        </w:numPr>
        <w:spacing w:after="0"/>
      </w:pPr>
      <w:r>
        <w:t xml:space="preserve">El. energija ___ </w:t>
      </w:r>
    </w:p>
    <w:p w14:paraId="429D49F0" w14:textId="77777777" w:rsidR="00222F9D" w:rsidRDefault="002E44DB" w:rsidP="00002217">
      <w:pPr>
        <w:pStyle w:val="ListParagraph"/>
        <w:numPr>
          <w:ilvl w:val="0"/>
          <w:numId w:val="14"/>
        </w:numPr>
        <w:spacing w:after="0"/>
      </w:pPr>
      <w:r>
        <w:t xml:space="preserve">Plin ___ </w:t>
      </w:r>
    </w:p>
    <w:p w14:paraId="3E9F2B46" w14:textId="2D2755C2" w:rsidR="002E44DB" w:rsidRDefault="002E44DB" w:rsidP="00002217">
      <w:pPr>
        <w:pStyle w:val="ListParagraph"/>
        <w:numPr>
          <w:ilvl w:val="0"/>
          <w:numId w:val="14"/>
        </w:numPr>
        <w:spacing w:after="0"/>
      </w:pPr>
      <w:r>
        <w:t>Ostalo</w:t>
      </w:r>
      <w:r w:rsidR="0068399A">
        <w:t xml:space="preserve"> (navesti)</w:t>
      </w:r>
      <w:r>
        <w:t xml:space="preserve"> ___</w:t>
      </w:r>
    </w:p>
    <w:p w14:paraId="7B4BF7C4" w14:textId="77777777" w:rsidR="002E44DB" w:rsidRDefault="002E44DB" w:rsidP="002E44DB">
      <w:pPr>
        <w:pStyle w:val="Heading2"/>
      </w:pPr>
      <w:r>
        <w:t>4. FINANSIJSKI PODACI</w:t>
      </w:r>
    </w:p>
    <w:p w14:paraId="2C6D0427" w14:textId="77777777" w:rsidR="002E44DB" w:rsidRDefault="002E44DB" w:rsidP="002E44DB">
      <w:r w:rsidRPr="00002217">
        <w:rPr>
          <w:b/>
          <w:bCs/>
        </w:rPr>
        <w:t>4.1 Procijenjena ukupna vrijednost investicije (KM):</w:t>
      </w:r>
      <w:r>
        <w:t xml:space="preserve"> _____________</w:t>
      </w:r>
    </w:p>
    <w:p w14:paraId="6D452003" w14:textId="30F75E37" w:rsidR="002E44DB" w:rsidRDefault="002E44DB" w:rsidP="002E44DB">
      <w:r w:rsidRPr="00002217">
        <w:rPr>
          <w:b/>
          <w:bCs/>
        </w:rPr>
        <w:t xml:space="preserve">4.2 Planirani iznos vlastitog učešća (KM </w:t>
      </w:r>
      <w:r w:rsidR="001B55D0">
        <w:rPr>
          <w:b/>
          <w:bCs/>
        </w:rPr>
        <w:t>i</w:t>
      </w:r>
      <w:r w:rsidRPr="00002217">
        <w:rPr>
          <w:b/>
          <w:bCs/>
        </w:rPr>
        <w:t xml:space="preserve"> %): </w:t>
      </w:r>
      <w:r>
        <w:t>___________________</w:t>
      </w:r>
      <w:r w:rsidR="00002217">
        <w:t>__</w:t>
      </w:r>
    </w:p>
    <w:p w14:paraId="1DABC758" w14:textId="6E7E5C47" w:rsidR="002E44DB" w:rsidRDefault="002E44DB" w:rsidP="002E44DB">
      <w:pPr>
        <w:pStyle w:val="Heading2"/>
      </w:pPr>
      <w:r>
        <w:t xml:space="preserve">5. </w:t>
      </w:r>
      <w:r w:rsidR="001B5909">
        <w:t>OKOLINSKI</w:t>
      </w:r>
      <w:r>
        <w:t xml:space="preserve"> PODACI</w:t>
      </w:r>
    </w:p>
    <w:p w14:paraId="620B3928" w14:textId="6A5E0707" w:rsidR="002E44DB" w:rsidRDefault="002E44DB" w:rsidP="002E44DB">
      <w:r w:rsidRPr="00002217">
        <w:rPr>
          <w:b/>
          <w:bCs/>
        </w:rPr>
        <w:t xml:space="preserve">5.1 </w:t>
      </w:r>
      <w:r w:rsidR="001B5909" w:rsidRPr="00002217">
        <w:rPr>
          <w:b/>
          <w:bCs/>
        </w:rPr>
        <w:t>G</w:t>
      </w:r>
      <w:r w:rsidRPr="00002217">
        <w:rPr>
          <w:b/>
          <w:bCs/>
        </w:rPr>
        <w:t>odišnja emisija CO2 (</w:t>
      </w:r>
      <w:r w:rsidR="001B5909" w:rsidRPr="00002217">
        <w:rPr>
          <w:b/>
          <w:bCs/>
        </w:rPr>
        <w:t>t</w:t>
      </w:r>
      <w:r w:rsidRPr="00002217">
        <w:rPr>
          <w:b/>
          <w:bCs/>
        </w:rPr>
        <w:t>):</w:t>
      </w:r>
      <w:r>
        <w:t xml:space="preserve"> ________________________</w:t>
      </w:r>
    </w:p>
    <w:p w14:paraId="3EBD4ABF" w14:textId="02220710" w:rsidR="00824686" w:rsidRPr="00E83A9E" w:rsidRDefault="00824686" w:rsidP="00E83A9E">
      <w:pPr>
        <w:spacing w:after="0"/>
        <w:rPr>
          <w:sz w:val="18"/>
          <w:szCs w:val="18"/>
        </w:rPr>
      </w:pPr>
      <w:r w:rsidRPr="00E83A9E">
        <w:rPr>
          <w:sz w:val="18"/>
          <w:szCs w:val="18"/>
        </w:rPr>
        <w:t xml:space="preserve">Vrijednost godišnje emisije CO2 je moguće izračunati koristeći </w:t>
      </w:r>
      <w:r w:rsidR="00AE2A35" w:rsidRPr="00E83A9E">
        <w:rPr>
          <w:sz w:val="18"/>
          <w:szCs w:val="18"/>
        </w:rPr>
        <w:t xml:space="preserve">web </w:t>
      </w:r>
      <w:r w:rsidRPr="00E83A9E">
        <w:rPr>
          <w:sz w:val="18"/>
          <w:szCs w:val="18"/>
        </w:rPr>
        <w:t xml:space="preserve">platformu </w:t>
      </w:r>
      <w:r w:rsidR="00AE2A35" w:rsidRPr="00E83A9E">
        <w:rPr>
          <w:sz w:val="18"/>
          <w:szCs w:val="18"/>
        </w:rPr>
        <w:t>TvojCO2</w:t>
      </w:r>
    </w:p>
    <w:p w14:paraId="2F0D6083" w14:textId="39B5FEF2" w:rsidR="00AE2A35" w:rsidRDefault="00BB20D3" w:rsidP="00E83A9E">
      <w:pPr>
        <w:spacing w:after="0"/>
        <w:rPr>
          <w:sz w:val="18"/>
          <w:szCs w:val="18"/>
        </w:rPr>
      </w:pPr>
      <w:hyperlink r:id="rId12" w:history="1">
        <w:r w:rsidR="00E83A9E" w:rsidRPr="00DB3115">
          <w:rPr>
            <w:rStyle w:val="Hyperlink"/>
            <w:sz w:val="18"/>
            <w:szCs w:val="18"/>
          </w:rPr>
          <w:t>https://tvojco2.ba/bs-latn-ba/calculator</w:t>
        </w:r>
      </w:hyperlink>
    </w:p>
    <w:p w14:paraId="639CAA97" w14:textId="77777777" w:rsidR="002E44DB" w:rsidRDefault="002E44DB" w:rsidP="002E44DB">
      <w:pPr>
        <w:pStyle w:val="Heading2"/>
      </w:pPr>
      <w:r>
        <w:t>6. SOCIO–EKONOMSKI ASPEKTI</w:t>
      </w:r>
    </w:p>
    <w:p w14:paraId="59AB8047" w14:textId="10344FAE" w:rsidR="005A7B0D" w:rsidRDefault="005A7B0D" w:rsidP="002E44DB">
      <w:r w:rsidRPr="00002217">
        <w:rPr>
          <w:b/>
          <w:bCs/>
        </w:rPr>
        <w:t xml:space="preserve">6.1 Broj korisnika dnevno (ukupno </w:t>
      </w:r>
      <w:r w:rsidR="00E2727E">
        <w:rPr>
          <w:b/>
          <w:bCs/>
        </w:rPr>
        <w:t>i</w:t>
      </w:r>
      <w:r w:rsidR="00A33A4A">
        <w:rPr>
          <w:b/>
          <w:bCs/>
        </w:rPr>
        <w:t xml:space="preserve"> mlađih od </w:t>
      </w:r>
      <w:r w:rsidRPr="00002217">
        <w:rPr>
          <w:b/>
          <w:bCs/>
        </w:rPr>
        <w:t>30 godina):</w:t>
      </w:r>
      <w:r>
        <w:t xml:space="preserve"> ________________</w:t>
      </w:r>
    </w:p>
    <w:p w14:paraId="17C05DBF" w14:textId="54179ACC" w:rsidR="005A7B0D" w:rsidRDefault="002E44DB" w:rsidP="002E44DB">
      <w:r w:rsidRPr="00002217">
        <w:rPr>
          <w:b/>
          <w:bCs/>
        </w:rPr>
        <w:t>6.</w:t>
      </w:r>
      <w:r w:rsidR="005A7B0D" w:rsidRPr="00002217">
        <w:rPr>
          <w:b/>
          <w:bCs/>
        </w:rPr>
        <w:t>2</w:t>
      </w:r>
      <w:r w:rsidRPr="00002217">
        <w:rPr>
          <w:b/>
          <w:bCs/>
        </w:rPr>
        <w:t xml:space="preserve"> </w:t>
      </w:r>
      <w:r w:rsidR="00114F0A">
        <w:rPr>
          <w:b/>
          <w:bCs/>
        </w:rPr>
        <w:t>Razvijenost općine/opštine u kojoj se objekat nalazi</w:t>
      </w:r>
      <w:r w:rsidRPr="00002217">
        <w:rPr>
          <w:b/>
          <w:bCs/>
        </w:rPr>
        <w:t>?</w:t>
      </w:r>
      <w:r>
        <w:t xml:space="preserve">   </w:t>
      </w:r>
    </w:p>
    <w:p w14:paraId="21339556" w14:textId="79F75BAF" w:rsidR="001F0678" w:rsidRDefault="001F0678" w:rsidP="00013896">
      <w:pPr>
        <w:spacing w:line="240" w:lineRule="auto"/>
      </w:pPr>
      <w:r w:rsidRPr="001F0678">
        <w:rPr>
          <w:rFonts w:ascii="Segoe UI Symbol" w:hAnsi="Segoe UI Symbol" w:cs="Segoe UI Symbol"/>
        </w:rPr>
        <w:t>☐</w:t>
      </w:r>
      <w:r w:rsidRPr="001F0678">
        <w:t xml:space="preserve"> Razvijena</w:t>
      </w:r>
      <w:r w:rsidRPr="001F0678">
        <w:br/>
      </w:r>
      <w:r w:rsidRPr="001F0678">
        <w:rPr>
          <w:rFonts w:ascii="Segoe UI Symbol" w:hAnsi="Segoe UI Symbol" w:cs="Segoe UI Symbol"/>
        </w:rPr>
        <w:t>☐</w:t>
      </w:r>
      <w:r w:rsidRPr="001F0678">
        <w:t xml:space="preserve"> Srednje razvijena</w:t>
      </w:r>
      <w:r w:rsidRPr="001F0678">
        <w:br/>
      </w:r>
      <w:r w:rsidRPr="001F0678">
        <w:rPr>
          <w:rFonts w:ascii="Segoe UI Symbol" w:hAnsi="Segoe UI Symbol" w:cs="Segoe UI Symbol"/>
        </w:rPr>
        <w:t>☐</w:t>
      </w:r>
      <w:r w:rsidRPr="001F0678">
        <w:t xml:space="preserve"> Nerazvijena / izrazito nerazvijena</w:t>
      </w:r>
    </w:p>
    <w:p w14:paraId="0C4954C0" w14:textId="14DE8F6B" w:rsidR="002E44DB" w:rsidRDefault="002E44DB" w:rsidP="002E44DB">
      <w:r>
        <w:t>Naziv</w:t>
      </w:r>
      <w:r w:rsidR="005A7B0D">
        <w:t xml:space="preserve"> općine</w:t>
      </w:r>
      <w:r w:rsidR="00114F0A">
        <w:t>/opštine</w:t>
      </w:r>
      <w:r>
        <w:t>: ________</w:t>
      </w:r>
      <w:r w:rsidR="005A7B0D">
        <w:t>_______________</w:t>
      </w:r>
    </w:p>
    <w:p w14:paraId="02D3D641" w14:textId="77777777" w:rsidR="005A7B0D" w:rsidRPr="00114F0A" w:rsidRDefault="002E44DB" w:rsidP="002E44DB">
      <w:pPr>
        <w:rPr>
          <w:b/>
          <w:bCs/>
        </w:rPr>
      </w:pPr>
      <w:r w:rsidRPr="00114F0A">
        <w:rPr>
          <w:b/>
          <w:bCs/>
        </w:rPr>
        <w:t>6.</w:t>
      </w:r>
      <w:r w:rsidR="005A7B0D" w:rsidRPr="00114F0A">
        <w:rPr>
          <w:b/>
          <w:bCs/>
        </w:rPr>
        <w:t>3</w:t>
      </w:r>
      <w:r w:rsidRPr="00114F0A">
        <w:rPr>
          <w:b/>
          <w:bCs/>
        </w:rPr>
        <w:t xml:space="preserve"> Da li se pružaju usluge osjetljivim grupama? </w:t>
      </w:r>
    </w:p>
    <w:p w14:paraId="109E7C64" w14:textId="77777777" w:rsidR="005A7B0D" w:rsidRDefault="002E44DB" w:rsidP="00114F0A">
      <w:pPr>
        <w:spacing w:after="0"/>
      </w:pPr>
      <w:r>
        <w:t xml:space="preserve">☐ Da </w:t>
      </w:r>
    </w:p>
    <w:p w14:paraId="2E343C8A" w14:textId="756330BD" w:rsidR="00BF0253" w:rsidRDefault="002E44DB" w:rsidP="002C4F34">
      <w:pPr>
        <w:spacing w:after="0"/>
      </w:pPr>
      <w:r>
        <w:t>☐ Ne</w:t>
      </w:r>
    </w:p>
    <w:p w14:paraId="163D658A" w14:textId="421B590E" w:rsidR="002E44DB" w:rsidRDefault="002E44DB" w:rsidP="002E44DB">
      <w:r>
        <w:t>Opis: ________________________________________________________</w:t>
      </w:r>
    </w:p>
    <w:p w14:paraId="4C6D0C50" w14:textId="77777777" w:rsidR="002E44DB" w:rsidRDefault="002E44DB" w:rsidP="002E44DB">
      <w:pPr>
        <w:pStyle w:val="Heading2"/>
      </w:pPr>
      <w:r>
        <w:lastRenderedPageBreak/>
        <w:t>7. KRITERIJI RODNE RAVNOPRAVNOSTI</w:t>
      </w:r>
    </w:p>
    <w:p w14:paraId="0E7E4736" w14:textId="77777777" w:rsidR="002E44DB" w:rsidRDefault="002E44DB" w:rsidP="002E44DB">
      <w:r w:rsidRPr="00114F0A">
        <w:rPr>
          <w:b/>
          <w:bCs/>
        </w:rPr>
        <w:t>7.1 Udio žena korisnica (%):</w:t>
      </w:r>
      <w:r>
        <w:t xml:space="preserve"> ____________________________________</w:t>
      </w:r>
    </w:p>
    <w:p w14:paraId="1D7E968C" w14:textId="77777777" w:rsidR="002E44DB" w:rsidRDefault="002E44DB" w:rsidP="002E44DB">
      <w:r w:rsidRPr="00114F0A">
        <w:rPr>
          <w:b/>
          <w:bCs/>
        </w:rPr>
        <w:t>7.2 Dodatne informacije:</w:t>
      </w:r>
      <w:r>
        <w:t xml:space="preserve"> _______________________________________</w:t>
      </w:r>
    </w:p>
    <w:p w14:paraId="5DFC4765" w14:textId="77777777" w:rsidR="007B6179" w:rsidRDefault="007B6179" w:rsidP="002E44DB"/>
    <w:p w14:paraId="1C62279E" w14:textId="77777777" w:rsidR="002E44DB" w:rsidRDefault="002E44DB" w:rsidP="002E44DB">
      <w:pPr>
        <w:pStyle w:val="Heading2"/>
      </w:pPr>
      <w:r>
        <w:t>8. TEHNIČKA SPREMNOST</w:t>
      </w:r>
    </w:p>
    <w:p w14:paraId="7C96990F" w14:textId="77777777" w:rsidR="002E44DB" w:rsidRPr="00114F0A" w:rsidRDefault="002E44DB" w:rsidP="002E44DB">
      <w:pPr>
        <w:rPr>
          <w:b/>
          <w:bCs/>
        </w:rPr>
      </w:pPr>
      <w:r w:rsidRPr="00114F0A">
        <w:rPr>
          <w:b/>
          <w:bCs/>
        </w:rPr>
        <w:t>8.1 Dostupna dokumentacija (označiti):</w:t>
      </w:r>
    </w:p>
    <w:p w14:paraId="082A29BD" w14:textId="1755C218" w:rsidR="002212DA" w:rsidRDefault="002E44DB" w:rsidP="00114F0A">
      <w:pPr>
        <w:spacing w:after="0"/>
      </w:pPr>
      <w:r>
        <w:t xml:space="preserve">☐ </w:t>
      </w:r>
      <w:r w:rsidR="00EC4235" w:rsidRPr="00EC4235">
        <w:t>Arhitektonski snimak objekta (tlocrti, presjeci, fasade)</w:t>
      </w:r>
      <w:r>
        <w:t xml:space="preserve">   </w:t>
      </w:r>
    </w:p>
    <w:p w14:paraId="3116E58F" w14:textId="082B16D3" w:rsidR="002212DA" w:rsidRDefault="002E44DB" w:rsidP="00114F0A">
      <w:pPr>
        <w:spacing w:after="0"/>
      </w:pPr>
      <w:r>
        <w:t xml:space="preserve">☐ </w:t>
      </w:r>
      <w:r w:rsidR="00AF246E" w:rsidRPr="00AF246E">
        <w:t>Dokumentacija postojećeg stanja objekta</w:t>
      </w:r>
      <w:r>
        <w:t xml:space="preserve">   </w:t>
      </w:r>
    </w:p>
    <w:p w14:paraId="387ACB49" w14:textId="0C0CBF1D" w:rsidR="002E44DB" w:rsidRDefault="002E44DB" w:rsidP="00114F0A">
      <w:pPr>
        <w:spacing w:after="0"/>
      </w:pPr>
      <w:r>
        <w:t xml:space="preserve">☐ Specifikacije </w:t>
      </w:r>
      <w:r w:rsidR="00AF246E">
        <w:t xml:space="preserve">rasvjetne </w:t>
      </w:r>
      <w:r>
        <w:t>opreme</w:t>
      </w:r>
    </w:p>
    <w:p w14:paraId="74457A66" w14:textId="77777777" w:rsidR="002212DA" w:rsidRDefault="002E44DB" w:rsidP="00114F0A">
      <w:pPr>
        <w:spacing w:after="0"/>
      </w:pPr>
      <w:r>
        <w:t xml:space="preserve">☐ Energetski certifikat   </w:t>
      </w:r>
    </w:p>
    <w:p w14:paraId="7FC8034B" w14:textId="2BB20408" w:rsidR="00877933" w:rsidRDefault="00877933" w:rsidP="00114F0A">
      <w:pPr>
        <w:spacing w:after="0"/>
      </w:pPr>
      <w:r>
        <w:rPr>
          <w:rFonts w:ascii="Segoe UI Symbol" w:hAnsi="Segoe UI Symbol" w:cs="Segoe UI Symbol"/>
        </w:rPr>
        <w:t>☐</w:t>
      </w:r>
      <w:r>
        <w:t xml:space="preserve"> Energetski audit</w:t>
      </w:r>
    </w:p>
    <w:p w14:paraId="42B26612" w14:textId="09602C9D" w:rsidR="002212DA" w:rsidRDefault="002E44DB" w:rsidP="00114F0A">
      <w:pPr>
        <w:spacing w:after="0"/>
      </w:pPr>
      <w:r>
        <w:t xml:space="preserve">☐ </w:t>
      </w:r>
      <w:r w:rsidR="00FB1420" w:rsidRPr="00FB1420">
        <w:t xml:space="preserve">Tehničke specifikacije opreme (kotlovi, radijatori, </w:t>
      </w:r>
      <w:r w:rsidR="00FB1420">
        <w:t xml:space="preserve">klimatizacija, </w:t>
      </w:r>
      <w:r w:rsidR="00FB1420" w:rsidRPr="00FB1420">
        <w:t>ventilacija…)</w:t>
      </w:r>
      <w:r>
        <w:t xml:space="preserve">   </w:t>
      </w:r>
    </w:p>
    <w:p w14:paraId="59D58CA7" w14:textId="318A5775" w:rsidR="002E44DB" w:rsidRDefault="002E44DB" w:rsidP="00114F0A">
      <w:pPr>
        <w:spacing w:after="0"/>
      </w:pPr>
      <w:r>
        <w:t>☐ Ostalo: ___________</w:t>
      </w:r>
      <w:r w:rsidR="00877933">
        <w:t>___________</w:t>
      </w:r>
    </w:p>
    <w:p w14:paraId="313E407D" w14:textId="77777777" w:rsidR="00114F0A" w:rsidRDefault="00114F0A" w:rsidP="002E44DB">
      <w:pPr>
        <w:rPr>
          <w:b/>
          <w:bCs/>
        </w:rPr>
      </w:pPr>
    </w:p>
    <w:p w14:paraId="7081DA67" w14:textId="2FC31745" w:rsidR="002E44DB" w:rsidRPr="00114F0A" w:rsidRDefault="002E44DB" w:rsidP="002E44DB">
      <w:pPr>
        <w:rPr>
          <w:b/>
          <w:bCs/>
        </w:rPr>
      </w:pPr>
      <w:r w:rsidRPr="00114F0A">
        <w:rPr>
          <w:b/>
          <w:bCs/>
        </w:rPr>
        <w:t>8.2 Kratki opis postojećeg stanja</w:t>
      </w:r>
      <w:r w:rsidR="00114F0A">
        <w:rPr>
          <w:b/>
          <w:bCs/>
        </w:rPr>
        <w:t xml:space="preserve"> objekta</w:t>
      </w:r>
      <w:r w:rsidR="00D34169">
        <w:rPr>
          <w:b/>
          <w:bCs/>
        </w:rPr>
        <w:t xml:space="preserve"> i KGH sistema</w:t>
      </w:r>
      <w:r w:rsidRPr="00114F0A">
        <w:rPr>
          <w:b/>
          <w:bCs/>
        </w:rPr>
        <w:t>:</w:t>
      </w:r>
    </w:p>
    <w:p w14:paraId="40A4854C" w14:textId="29E1D1C2" w:rsidR="002E44DB" w:rsidRDefault="002E44DB" w:rsidP="002E44DB">
      <w:r>
        <w:t>_______________________________________________________________</w:t>
      </w:r>
      <w:r w:rsidR="00114F0A">
        <w:t>____________________________________</w:t>
      </w:r>
    </w:p>
    <w:p w14:paraId="029A9366" w14:textId="77777777" w:rsidR="002E44DB" w:rsidRDefault="002E44DB" w:rsidP="002E44DB">
      <w:pPr>
        <w:pStyle w:val="Heading2"/>
      </w:pPr>
      <w:r>
        <w:t>9. PLANIRANE MJERE ENERGETSKE EFIKASNOSTI I OIE</w:t>
      </w:r>
    </w:p>
    <w:p w14:paraId="0DF43884" w14:textId="16159C2D" w:rsidR="00676AB0" w:rsidRDefault="002E44DB" w:rsidP="00114F0A">
      <w:pPr>
        <w:spacing w:after="0"/>
      </w:pPr>
      <w:r>
        <w:t xml:space="preserve">☐ </w:t>
      </w:r>
      <w:r w:rsidR="00A17425">
        <w:t>Toplotna i</w:t>
      </w:r>
      <w:r>
        <w:t xml:space="preserve">zolacija zidova   </w:t>
      </w:r>
    </w:p>
    <w:p w14:paraId="5301AC19" w14:textId="6D278E22" w:rsidR="00676AB0" w:rsidRDefault="002E44DB" w:rsidP="00114F0A">
      <w:pPr>
        <w:spacing w:after="0"/>
      </w:pPr>
      <w:r>
        <w:t xml:space="preserve">☐ </w:t>
      </w:r>
      <w:r w:rsidR="00A17425">
        <w:t>Toplotna i</w:t>
      </w:r>
      <w:r>
        <w:t xml:space="preserve">zolacija krova   </w:t>
      </w:r>
    </w:p>
    <w:p w14:paraId="7F155AE9" w14:textId="02877F0B" w:rsidR="002E44DB" w:rsidRDefault="002E44DB" w:rsidP="00114F0A">
      <w:pPr>
        <w:spacing w:after="0"/>
      </w:pPr>
      <w:r>
        <w:t xml:space="preserve">☐ Zamjena </w:t>
      </w:r>
      <w:r w:rsidR="006B5E90">
        <w:t xml:space="preserve">vanjske </w:t>
      </w:r>
      <w:r>
        <w:t>stolarije</w:t>
      </w:r>
      <w:r w:rsidR="006B5E90">
        <w:t xml:space="preserve"> energetski efikasnom</w:t>
      </w:r>
    </w:p>
    <w:p w14:paraId="227DFA22" w14:textId="66B9EA04" w:rsidR="00676AB0" w:rsidRDefault="002E44DB" w:rsidP="00114F0A">
      <w:pPr>
        <w:spacing w:after="0"/>
      </w:pPr>
      <w:r>
        <w:t xml:space="preserve">☐ </w:t>
      </w:r>
      <w:r w:rsidR="008107E5">
        <w:t>Rekonstrukcija ili zamjena</w:t>
      </w:r>
      <w:r>
        <w:t xml:space="preserve"> </w:t>
      </w:r>
      <w:r w:rsidR="006B5E90">
        <w:t xml:space="preserve">sistema </w:t>
      </w:r>
      <w:r>
        <w:t xml:space="preserve">grijanja   </w:t>
      </w:r>
    </w:p>
    <w:p w14:paraId="348DD0AB" w14:textId="660192CA" w:rsidR="00676AB0" w:rsidRDefault="002E44DB" w:rsidP="00114F0A">
      <w:pPr>
        <w:spacing w:after="0"/>
      </w:pPr>
      <w:r>
        <w:t xml:space="preserve">☐ </w:t>
      </w:r>
      <w:r w:rsidR="008107E5">
        <w:t>Rekonstrukcija ili zamjena</w:t>
      </w:r>
      <w:r w:rsidR="00F14741">
        <w:t xml:space="preserve"> sistema v</w:t>
      </w:r>
      <w:r>
        <w:t>entilacij</w:t>
      </w:r>
      <w:r w:rsidR="00F14741">
        <w:t>e</w:t>
      </w:r>
      <w:r>
        <w:t xml:space="preserve">   </w:t>
      </w:r>
    </w:p>
    <w:p w14:paraId="714D98F3" w14:textId="11789DB0" w:rsidR="002E44DB" w:rsidRDefault="002E44DB" w:rsidP="00114F0A">
      <w:pPr>
        <w:spacing w:after="0"/>
      </w:pPr>
      <w:r>
        <w:t xml:space="preserve">☐ </w:t>
      </w:r>
      <w:r w:rsidR="008107E5">
        <w:t>Rekonstrukcija ili zamjena</w:t>
      </w:r>
      <w:r w:rsidR="00F14741">
        <w:t xml:space="preserve"> sistema h</w:t>
      </w:r>
      <w:r>
        <w:t>lađenj</w:t>
      </w:r>
      <w:r w:rsidR="00F14741">
        <w:t>a</w:t>
      </w:r>
    </w:p>
    <w:p w14:paraId="596CD45A" w14:textId="2DB109AE" w:rsidR="006B5E90" w:rsidRDefault="006B5E90" w:rsidP="006B5E90">
      <w:pPr>
        <w:spacing w:after="0"/>
      </w:pPr>
      <w:r>
        <w:t xml:space="preserve">☐ </w:t>
      </w:r>
      <w:r w:rsidR="008107E5">
        <w:t>Rekonstrukcija ili zamjena</w:t>
      </w:r>
      <w:r w:rsidR="00284F21">
        <w:t xml:space="preserve"> s</w:t>
      </w:r>
      <w:r>
        <w:t>istem pripreme potrošne tople vode</w:t>
      </w:r>
    </w:p>
    <w:p w14:paraId="48F1A03B" w14:textId="3B2422AD" w:rsidR="002E44DB" w:rsidRDefault="002E44DB" w:rsidP="00114F0A">
      <w:pPr>
        <w:spacing w:after="0"/>
      </w:pPr>
      <w:r>
        <w:t xml:space="preserve">☐ </w:t>
      </w:r>
      <w:r w:rsidR="008107E5">
        <w:t>Ugradnja s</w:t>
      </w:r>
      <w:r>
        <w:t>olarn</w:t>
      </w:r>
      <w:r w:rsidR="008107E5">
        <w:t>og</w:t>
      </w:r>
      <w:r>
        <w:t xml:space="preserve"> fotonaponsk</w:t>
      </w:r>
      <w:r w:rsidR="008107E5">
        <w:t>og</w:t>
      </w:r>
      <w:r>
        <w:t xml:space="preserve"> sistem</w:t>
      </w:r>
      <w:r w:rsidR="008107E5">
        <w:t>a</w:t>
      </w:r>
      <w:r>
        <w:t xml:space="preserve"> (uz mjere EE)</w:t>
      </w:r>
    </w:p>
    <w:p w14:paraId="5AB994F0" w14:textId="77777777" w:rsidR="00114F0A" w:rsidRDefault="00114F0A" w:rsidP="00114F0A">
      <w:pPr>
        <w:spacing w:after="120" w:line="240" w:lineRule="auto"/>
      </w:pPr>
    </w:p>
    <w:p w14:paraId="789CDE4F" w14:textId="66A172AF" w:rsidR="002E44DB" w:rsidRDefault="002E44DB" w:rsidP="002E44DB">
      <w:r>
        <w:t>Opis planiranih intervencija:</w:t>
      </w:r>
    </w:p>
    <w:p w14:paraId="3D12AF0D" w14:textId="77777777" w:rsidR="00260331" w:rsidRDefault="00260331">
      <w:r>
        <w:t>_____________________________________________________________________________________________________</w:t>
      </w:r>
    </w:p>
    <w:p w14:paraId="045B02BD" w14:textId="0A20164E" w:rsidR="00260331" w:rsidRDefault="00260331" w:rsidP="002E44DB">
      <w:r>
        <w:t>______________________________________________________________________________________________________</w:t>
      </w:r>
    </w:p>
    <w:p w14:paraId="7BDF8EC7" w14:textId="77777777" w:rsidR="00260331" w:rsidRDefault="00260331" w:rsidP="002E44DB"/>
    <w:p w14:paraId="550408C9" w14:textId="0E1EBF5D" w:rsidR="00676AB0" w:rsidRDefault="002E44DB" w:rsidP="002E44DB">
      <w:pPr>
        <w:pStyle w:val="Heading2"/>
      </w:pPr>
      <w:r>
        <w:lastRenderedPageBreak/>
        <w:t xml:space="preserve">10. </w:t>
      </w:r>
      <w:r w:rsidR="0000420A" w:rsidRPr="0000420A">
        <w:t>OPIS IDENTIFICIRANIH PROBLEMA I POTREBA</w:t>
      </w:r>
    </w:p>
    <w:p w14:paraId="1E49B69C" w14:textId="3AE415EF" w:rsidR="0000420A" w:rsidRPr="00114F0A" w:rsidRDefault="0000420A" w:rsidP="0000420A">
      <w:pPr>
        <w:rPr>
          <w:b/>
          <w:bCs/>
        </w:rPr>
      </w:pPr>
      <w:r w:rsidRPr="00114F0A">
        <w:rPr>
          <w:b/>
          <w:bCs/>
        </w:rPr>
        <w:t>10.1 Sažeti opis energetskih problema u objek</w:t>
      </w:r>
      <w:r w:rsidR="00114F0A">
        <w:rPr>
          <w:b/>
          <w:bCs/>
        </w:rPr>
        <w:t>u</w:t>
      </w:r>
      <w:r w:rsidRPr="00114F0A">
        <w:rPr>
          <w:b/>
          <w:bCs/>
        </w:rPr>
        <w:t>:</w:t>
      </w:r>
    </w:p>
    <w:p w14:paraId="0CEF458F" w14:textId="7D3E9467" w:rsidR="0000420A" w:rsidRDefault="003E39D6" w:rsidP="0000420A">
      <w:r>
        <w:t>__________________________________________________________________________________________________</w:t>
      </w:r>
    </w:p>
    <w:p w14:paraId="524C2BFB" w14:textId="221FAF19" w:rsidR="0000420A" w:rsidRDefault="003E39D6" w:rsidP="0000420A">
      <w:r>
        <w:t>__________________________________________________________________________________________________</w:t>
      </w:r>
    </w:p>
    <w:p w14:paraId="6E384311" w14:textId="77777777" w:rsidR="00CD29B2" w:rsidRDefault="00CD29B2" w:rsidP="0000420A">
      <w:pPr>
        <w:rPr>
          <w:b/>
          <w:bCs/>
        </w:rPr>
      </w:pPr>
    </w:p>
    <w:p w14:paraId="23AA35F7" w14:textId="28054BC3" w:rsidR="0000420A" w:rsidRPr="00114F0A" w:rsidRDefault="0000420A" w:rsidP="0000420A">
      <w:pPr>
        <w:rPr>
          <w:b/>
          <w:bCs/>
        </w:rPr>
      </w:pPr>
      <w:r w:rsidRPr="00114F0A">
        <w:rPr>
          <w:b/>
          <w:bCs/>
        </w:rPr>
        <w:t>10.</w:t>
      </w:r>
      <w:r w:rsidR="00BC1A6A">
        <w:rPr>
          <w:b/>
          <w:bCs/>
        </w:rPr>
        <w:t>2</w:t>
      </w:r>
      <w:r w:rsidRPr="00114F0A">
        <w:rPr>
          <w:b/>
          <w:bCs/>
        </w:rPr>
        <w:t xml:space="preserve"> </w:t>
      </w:r>
      <w:r w:rsidR="0009641E">
        <w:rPr>
          <w:b/>
          <w:bCs/>
        </w:rPr>
        <w:t>Mogućnost</w:t>
      </w:r>
      <w:r w:rsidRPr="00114F0A">
        <w:rPr>
          <w:b/>
          <w:bCs/>
        </w:rPr>
        <w:t xml:space="preserve"> za uvođenje OIE (ukratko</w:t>
      </w:r>
      <w:r w:rsidR="00FF3732">
        <w:rPr>
          <w:b/>
          <w:bCs/>
        </w:rPr>
        <w:t xml:space="preserve"> opisati</w:t>
      </w:r>
      <w:r w:rsidRPr="00114F0A">
        <w:rPr>
          <w:b/>
          <w:bCs/>
        </w:rPr>
        <w:t>, ako je poznato):</w:t>
      </w:r>
    </w:p>
    <w:p w14:paraId="7FB3901B" w14:textId="77777777" w:rsidR="00BB20D3" w:rsidRDefault="00BB20D3">
      <w:r>
        <w:t>__________________________________________________________________________________________________</w:t>
      </w:r>
    </w:p>
    <w:p w14:paraId="6FE780DE" w14:textId="0E8E2F26" w:rsidR="00BB20D3" w:rsidRPr="0000420A" w:rsidRDefault="00BB20D3" w:rsidP="0000420A"/>
    <w:p w14:paraId="448B83CF" w14:textId="2259929C" w:rsidR="002E44DB" w:rsidRDefault="00676AB0" w:rsidP="002E44DB">
      <w:pPr>
        <w:pStyle w:val="Heading2"/>
      </w:pPr>
      <w:r>
        <w:t xml:space="preserve">11. </w:t>
      </w:r>
      <w:r w:rsidR="002E44DB">
        <w:t>OBAVEZNA DOKUMENTACIJA</w:t>
      </w:r>
    </w:p>
    <w:p w14:paraId="374C8540" w14:textId="77777777" w:rsidR="002E44DB" w:rsidRDefault="002E44DB" w:rsidP="00114F0A">
      <w:pPr>
        <w:spacing w:after="0"/>
      </w:pPr>
      <w:r>
        <w:t>☐ Popunjen i potpisan prijavni obrazac</w:t>
      </w:r>
    </w:p>
    <w:p w14:paraId="0DA0B50E" w14:textId="77777777" w:rsidR="002E44DB" w:rsidRDefault="002E44DB" w:rsidP="00114F0A">
      <w:pPr>
        <w:spacing w:after="0"/>
      </w:pPr>
      <w:r>
        <w:t>☐ Fotodokumentacija postojećeg stanja objekta</w:t>
      </w:r>
    </w:p>
    <w:p w14:paraId="1AD911B6" w14:textId="77777777" w:rsidR="00BB20D3" w:rsidRDefault="00BB20D3" w:rsidP="00114F0A">
      <w:pPr>
        <w:spacing w:after="0"/>
      </w:pPr>
    </w:p>
    <w:p w14:paraId="694E9487" w14:textId="5BC18CC4" w:rsidR="002E44DB" w:rsidRDefault="002E44DB" w:rsidP="002E44DB">
      <w:pPr>
        <w:pStyle w:val="Heading2"/>
      </w:pPr>
      <w:r>
        <w:t>1</w:t>
      </w:r>
      <w:r w:rsidR="00676AB0">
        <w:t>2</w:t>
      </w:r>
      <w:r>
        <w:t>. IZJAVA I POTPIS</w:t>
      </w:r>
    </w:p>
    <w:p w14:paraId="06A4F2F6" w14:textId="77777777" w:rsidR="002E44DB" w:rsidRDefault="002E44DB" w:rsidP="002E44DB">
      <w:r>
        <w:t>Izjavljujemo da su podaci tačni i potpuni.</w:t>
      </w:r>
    </w:p>
    <w:p w14:paraId="01097AC6" w14:textId="7C4145F5" w:rsidR="002E44DB" w:rsidRDefault="002E44DB" w:rsidP="002E44DB">
      <w:r>
        <w:t>Mjesto i datum: _______________________________________________</w:t>
      </w:r>
      <w:r w:rsidR="00043542">
        <w:t>____________________</w:t>
      </w:r>
    </w:p>
    <w:p w14:paraId="63B7A245" w14:textId="5845D5C8" w:rsidR="002E44DB" w:rsidRDefault="002E44DB" w:rsidP="002E44DB">
      <w:r>
        <w:t>Ovlaštena osoba (ime, prezime, funkcija): ________________________</w:t>
      </w:r>
      <w:r w:rsidR="00043542">
        <w:t>______________</w:t>
      </w:r>
    </w:p>
    <w:p w14:paraId="16D90E95" w14:textId="26931080" w:rsidR="002E44DB" w:rsidRDefault="002E44DB" w:rsidP="002E44DB">
      <w:r>
        <w:t>Potpis: ________________________________________________</w:t>
      </w:r>
      <w:r w:rsidR="00043542">
        <w:t>_____________________________</w:t>
      </w:r>
    </w:p>
    <w:p w14:paraId="0A30E07D" w14:textId="77777777" w:rsidR="00F26BE8" w:rsidRDefault="00F26BE8"/>
    <w:p w14:paraId="0EFF72C8" w14:textId="43A50623" w:rsidR="00AA6CA5" w:rsidRDefault="000F0A5C">
      <w:r>
        <w:t xml:space="preserve">Popunjen i potpisan prijavni obrazac, zajedno sa obaveznom dokumentacijom, potrebno je dostaviti elektronski na adresu: </w:t>
      </w:r>
      <w:r w:rsidRPr="00BB20D3">
        <w:rPr>
          <w:b/>
          <w:bCs/>
        </w:rPr>
        <w:t>JavniPoziv@undp.onmicrosoft.com</w:t>
      </w:r>
      <w:r>
        <w:t>.</w:t>
      </w:r>
    </w:p>
    <w:sectPr w:rsidR="00AA6CA5" w:rsidSect="00116C2C">
      <w:headerReference w:type="default" r:id="rId13"/>
      <w:pgSz w:w="12240" w:h="15840"/>
      <w:pgMar w:top="1440" w:right="1800" w:bottom="1440" w:left="1800" w:header="226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37316" w14:textId="77777777" w:rsidR="006A5CC0" w:rsidRDefault="006A5CC0">
      <w:pPr>
        <w:spacing w:after="0" w:line="240" w:lineRule="auto"/>
      </w:pPr>
      <w:r>
        <w:separator/>
      </w:r>
    </w:p>
  </w:endnote>
  <w:endnote w:type="continuationSeparator" w:id="0">
    <w:p w14:paraId="427A0908" w14:textId="77777777" w:rsidR="006A5CC0" w:rsidRDefault="006A5CC0">
      <w:pPr>
        <w:spacing w:after="0" w:line="240" w:lineRule="auto"/>
      </w:pPr>
      <w:r>
        <w:continuationSeparator/>
      </w:r>
    </w:p>
  </w:endnote>
  <w:endnote w:type="continuationNotice" w:id="1">
    <w:p w14:paraId="0599088A" w14:textId="77777777" w:rsidR="006A5CC0" w:rsidRDefault="006A5C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80E57" w14:textId="77777777" w:rsidR="006A5CC0" w:rsidRDefault="006A5CC0">
      <w:pPr>
        <w:spacing w:after="0" w:line="240" w:lineRule="auto"/>
      </w:pPr>
      <w:r>
        <w:separator/>
      </w:r>
    </w:p>
  </w:footnote>
  <w:footnote w:type="continuationSeparator" w:id="0">
    <w:p w14:paraId="2965F492" w14:textId="77777777" w:rsidR="006A5CC0" w:rsidRDefault="006A5CC0">
      <w:pPr>
        <w:spacing w:after="0" w:line="240" w:lineRule="auto"/>
      </w:pPr>
      <w:r>
        <w:continuationSeparator/>
      </w:r>
    </w:p>
  </w:footnote>
  <w:footnote w:type="continuationNotice" w:id="1">
    <w:p w14:paraId="6E374AD3" w14:textId="77777777" w:rsidR="006A5CC0" w:rsidRDefault="006A5C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C5041" w14:textId="28AAD25B" w:rsidR="00AA6CA5" w:rsidRPr="005C1DA6" w:rsidRDefault="00116C2C" w:rsidP="005C1DA6">
    <w:pPr>
      <w:pStyle w:val="Header"/>
      <w:jc w:val="right"/>
    </w:pPr>
    <w:r>
      <w:rPr>
        <w:rFonts w:ascii="Arial" w:hAnsi="Arial" w:cs="Arial"/>
        <w:b/>
        <w:bCs/>
        <w:noProof/>
      </w:rPr>
      <w:drawing>
        <wp:anchor distT="0" distB="0" distL="114300" distR="114300" simplePos="0" relativeHeight="251661312" behindDoc="1" locked="0" layoutInCell="1" allowOverlap="1" wp14:anchorId="2838D8EE" wp14:editId="1A277C17">
          <wp:simplePos x="0" y="0"/>
          <wp:positionH relativeFrom="column">
            <wp:posOffset>0</wp:posOffset>
          </wp:positionH>
          <wp:positionV relativeFrom="paragraph">
            <wp:posOffset>-1425575</wp:posOffset>
          </wp:positionV>
          <wp:extent cx="1390650" cy="1410335"/>
          <wp:effectExtent l="0" t="0" r="0" b="0"/>
          <wp:wrapNone/>
          <wp:docPr id="836310677" name="Picture 3" descr="A blue and yellow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6310677" name="Picture 3" descr="A blue and yellow flag with yellow sta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1410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436A">
      <w:rPr>
        <w:rFonts w:ascii="Arial" w:hAnsi="Arial" w:cs="Arial"/>
        <w:b/>
        <w:bCs/>
        <w:noProof/>
      </w:rPr>
      <w:drawing>
        <wp:anchor distT="0" distB="0" distL="114300" distR="114300" simplePos="0" relativeHeight="251660288" behindDoc="0" locked="0" layoutInCell="1" allowOverlap="1" wp14:anchorId="3DD52E88" wp14:editId="63ADB5E2">
          <wp:simplePos x="0" y="0"/>
          <wp:positionH relativeFrom="margin">
            <wp:posOffset>5240655</wp:posOffset>
          </wp:positionH>
          <wp:positionV relativeFrom="paragraph">
            <wp:posOffset>-1024890</wp:posOffset>
          </wp:positionV>
          <wp:extent cx="428625" cy="867410"/>
          <wp:effectExtent l="0" t="0" r="9525" b="8890"/>
          <wp:wrapNone/>
          <wp:docPr id="118" name="Picture 11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DP_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28625" cy="867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0B7A2D2" wp14:editId="7EB49788">
          <wp:simplePos x="0" y="0"/>
          <wp:positionH relativeFrom="column">
            <wp:posOffset>2677160</wp:posOffset>
          </wp:positionH>
          <wp:positionV relativeFrom="paragraph">
            <wp:posOffset>-472440</wp:posOffset>
          </wp:positionV>
          <wp:extent cx="1029335" cy="323215"/>
          <wp:effectExtent l="0" t="0" r="0" b="635"/>
          <wp:wrapNone/>
          <wp:docPr id="1" name="Picture 1" descr="A red white and blue fla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red white and blue flag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33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6BB" w:rsidRPr="00271B3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11002C6"/>
    <w:multiLevelType w:val="hybridMultilevel"/>
    <w:tmpl w:val="2AB239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7D06BD9"/>
    <w:multiLevelType w:val="hybridMultilevel"/>
    <w:tmpl w:val="C79A1470"/>
    <w:lvl w:ilvl="0" w:tplc="FFD085F6">
      <w:numFmt w:val="bullet"/>
      <w:lvlText w:val="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817FEA"/>
    <w:multiLevelType w:val="hybridMultilevel"/>
    <w:tmpl w:val="11B4A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2B1D8D"/>
    <w:multiLevelType w:val="hybridMultilevel"/>
    <w:tmpl w:val="AEA23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D91E01"/>
    <w:multiLevelType w:val="hybridMultilevel"/>
    <w:tmpl w:val="6EFAE416"/>
    <w:lvl w:ilvl="0" w:tplc="FFD085F6">
      <w:numFmt w:val="bullet"/>
      <w:lvlText w:val=""/>
      <w:lvlJc w:val="left"/>
      <w:pPr>
        <w:ind w:left="180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72984205">
    <w:abstractNumId w:val="8"/>
  </w:num>
  <w:num w:numId="2" w16cid:durableId="1068724840">
    <w:abstractNumId w:val="6"/>
  </w:num>
  <w:num w:numId="3" w16cid:durableId="1452552800">
    <w:abstractNumId w:val="5"/>
  </w:num>
  <w:num w:numId="4" w16cid:durableId="2098166558">
    <w:abstractNumId w:val="4"/>
  </w:num>
  <w:num w:numId="5" w16cid:durableId="607658424">
    <w:abstractNumId w:val="7"/>
  </w:num>
  <w:num w:numId="6" w16cid:durableId="270166450">
    <w:abstractNumId w:val="3"/>
  </w:num>
  <w:num w:numId="7" w16cid:durableId="2098210347">
    <w:abstractNumId w:val="2"/>
  </w:num>
  <w:num w:numId="8" w16cid:durableId="137764787">
    <w:abstractNumId w:val="1"/>
  </w:num>
  <w:num w:numId="9" w16cid:durableId="1407024035">
    <w:abstractNumId w:val="0"/>
  </w:num>
  <w:num w:numId="10" w16cid:durableId="551843604">
    <w:abstractNumId w:val="9"/>
  </w:num>
  <w:num w:numId="11" w16cid:durableId="624000408">
    <w:abstractNumId w:val="10"/>
  </w:num>
  <w:num w:numId="12" w16cid:durableId="2090081751">
    <w:abstractNumId w:val="13"/>
  </w:num>
  <w:num w:numId="13" w16cid:durableId="1362900465">
    <w:abstractNumId w:val="11"/>
  </w:num>
  <w:num w:numId="14" w16cid:durableId="122854095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2217"/>
    <w:rsid w:val="0000420A"/>
    <w:rsid w:val="00013896"/>
    <w:rsid w:val="00034616"/>
    <w:rsid w:val="00043542"/>
    <w:rsid w:val="0006063C"/>
    <w:rsid w:val="0009641E"/>
    <w:rsid w:val="000C35E9"/>
    <w:rsid w:val="000D468A"/>
    <w:rsid w:val="000E37CC"/>
    <w:rsid w:val="000F0A5C"/>
    <w:rsid w:val="00114F0A"/>
    <w:rsid w:val="00116C2C"/>
    <w:rsid w:val="0015074B"/>
    <w:rsid w:val="001905D7"/>
    <w:rsid w:val="001A208C"/>
    <w:rsid w:val="001A34A8"/>
    <w:rsid w:val="001B55D0"/>
    <w:rsid w:val="001B5909"/>
    <w:rsid w:val="001F0678"/>
    <w:rsid w:val="002212DA"/>
    <w:rsid w:val="00222F9D"/>
    <w:rsid w:val="00260331"/>
    <w:rsid w:val="00271B37"/>
    <w:rsid w:val="00284F21"/>
    <w:rsid w:val="00293A59"/>
    <w:rsid w:val="0029639D"/>
    <w:rsid w:val="002A3DBB"/>
    <w:rsid w:val="002C4F34"/>
    <w:rsid w:val="002D19BB"/>
    <w:rsid w:val="002E3518"/>
    <w:rsid w:val="002E44DB"/>
    <w:rsid w:val="00313309"/>
    <w:rsid w:val="00326F90"/>
    <w:rsid w:val="00332C9C"/>
    <w:rsid w:val="00344FAB"/>
    <w:rsid w:val="00386A22"/>
    <w:rsid w:val="003E39D6"/>
    <w:rsid w:val="00403832"/>
    <w:rsid w:val="00430479"/>
    <w:rsid w:val="004C46BB"/>
    <w:rsid w:val="0051626F"/>
    <w:rsid w:val="00547049"/>
    <w:rsid w:val="00565F92"/>
    <w:rsid w:val="005A739D"/>
    <w:rsid w:val="005A7B0D"/>
    <w:rsid w:val="005B6321"/>
    <w:rsid w:val="005C1DA6"/>
    <w:rsid w:val="006230E9"/>
    <w:rsid w:val="00676AB0"/>
    <w:rsid w:val="0068399A"/>
    <w:rsid w:val="006A5CC0"/>
    <w:rsid w:val="006B5E90"/>
    <w:rsid w:val="006C6B47"/>
    <w:rsid w:val="006D0CF9"/>
    <w:rsid w:val="006D313F"/>
    <w:rsid w:val="006F3C8C"/>
    <w:rsid w:val="00714BA7"/>
    <w:rsid w:val="00750E4A"/>
    <w:rsid w:val="00763582"/>
    <w:rsid w:val="0079040F"/>
    <w:rsid w:val="007909DC"/>
    <w:rsid w:val="00792533"/>
    <w:rsid w:val="007A28E8"/>
    <w:rsid w:val="007B6179"/>
    <w:rsid w:val="007B7EC9"/>
    <w:rsid w:val="007D2CB0"/>
    <w:rsid w:val="007F5663"/>
    <w:rsid w:val="008107E5"/>
    <w:rsid w:val="00824686"/>
    <w:rsid w:val="00843D06"/>
    <w:rsid w:val="00847441"/>
    <w:rsid w:val="008474C7"/>
    <w:rsid w:val="00877933"/>
    <w:rsid w:val="00897FFC"/>
    <w:rsid w:val="008F4A1E"/>
    <w:rsid w:val="00904A76"/>
    <w:rsid w:val="00914008"/>
    <w:rsid w:val="00923C0B"/>
    <w:rsid w:val="00975D6E"/>
    <w:rsid w:val="0098578F"/>
    <w:rsid w:val="009908A1"/>
    <w:rsid w:val="009E7152"/>
    <w:rsid w:val="00A17425"/>
    <w:rsid w:val="00A24078"/>
    <w:rsid w:val="00A33A4A"/>
    <w:rsid w:val="00A54BD5"/>
    <w:rsid w:val="00A57BEA"/>
    <w:rsid w:val="00AA1D8D"/>
    <w:rsid w:val="00AA6CA5"/>
    <w:rsid w:val="00AC7326"/>
    <w:rsid w:val="00AE2A35"/>
    <w:rsid w:val="00AE3D75"/>
    <w:rsid w:val="00AF246E"/>
    <w:rsid w:val="00B00679"/>
    <w:rsid w:val="00B239DE"/>
    <w:rsid w:val="00B42F17"/>
    <w:rsid w:val="00B47730"/>
    <w:rsid w:val="00B508E1"/>
    <w:rsid w:val="00B94226"/>
    <w:rsid w:val="00B96767"/>
    <w:rsid w:val="00BB20D3"/>
    <w:rsid w:val="00BC1A6A"/>
    <w:rsid w:val="00BD64EA"/>
    <w:rsid w:val="00BE6917"/>
    <w:rsid w:val="00BF0253"/>
    <w:rsid w:val="00C12DD3"/>
    <w:rsid w:val="00C40DEE"/>
    <w:rsid w:val="00C5309F"/>
    <w:rsid w:val="00C550E5"/>
    <w:rsid w:val="00C5671B"/>
    <w:rsid w:val="00C731A7"/>
    <w:rsid w:val="00C82F4D"/>
    <w:rsid w:val="00CB0664"/>
    <w:rsid w:val="00CD29B2"/>
    <w:rsid w:val="00CE51B4"/>
    <w:rsid w:val="00CF0AB0"/>
    <w:rsid w:val="00CF1C38"/>
    <w:rsid w:val="00CF6D3E"/>
    <w:rsid w:val="00D2348C"/>
    <w:rsid w:val="00D273DA"/>
    <w:rsid w:val="00D313EB"/>
    <w:rsid w:val="00D34169"/>
    <w:rsid w:val="00D42A30"/>
    <w:rsid w:val="00E11B9D"/>
    <w:rsid w:val="00E2727E"/>
    <w:rsid w:val="00E6371E"/>
    <w:rsid w:val="00E83A9E"/>
    <w:rsid w:val="00E929B3"/>
    <w:rsid w:val="00EC4235"/>
    <w:rsid w:val="00ED5421"/>
    <w:rsid w:val="00EE7D54"/>
    <w:rsid w:val="00F000F2"/>
    <w:rsid w:val="00F00694"/>
    <w:rsid w:val="00F14741"/>
    <w:rsid w:val="00F26BE8"/>
    <w:rsid w:val="00FB05D8"/>
    <w:rsid w:val="00FB1420"/>
    <w:rsid w:val="00FC693F"/>
    <w:rsid w:val="00FF21E4"/>
    <w:rsid w:val="00FF3732"/>
    <w:rsid w:val="11FC9D07"/>
    <w:rsid w:val="313B20B9"/>
    <w:rsid w:val="3B66A0BF"/>
    <w:rsid w:val="3C09C31C"/>
    <w:rsid w:val="43551602"/>
    <w:rsid w:val="4C4E571F"/>
    <w:rsid w:val="558F7775"/>
    <w:rsid w:val="5C230F8B"/>
    <w:rsid w:val="5CA5E09B"/>
    <w:rsid w:val="7290DEF8"/>
    <w:rsid w:val="7ED23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062061"/>
  <w14:defaultImageDpi w14:val="300"/>
  <w15:docId w15:val="{A17A812A-0D7E-4747-B756-BB27D0466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Revision">
    <w:name w:val="Revision"/>
    <w:hidden/>
    <w:uiPriority w:val="99"/>
    <w:semiHidden/>
    <w:rsid w:val="008474C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43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C46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46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46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46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46B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83A9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3A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2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tvojco2.ba/bs-latn-ba/calculato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32JKWRRJAUXM-1074668126-637</_dlc_DocId>
    <_dlc_DocIdUrl xmlns="de777af5-75c5-4059-8842-b3ca2d118c77">
      <Url>https://undp.sharepoint.com/teams/BIH/EE/_layouts/15/DocIdRedir.aspx?ID=32JKWRRJAUXM-1074668126-637</Url>
      <Description>32JKWRRJAUXM-1074668126-637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566BDE0B3BC041B144976C601086AB" ma:contentTypeVersion="6" ma:contentTypeDescription="Create a new document." ma:contentTypeScope="" ma:versionID="449108ae966eaccb86e760bc72c902c3">
  <xsd:schema xmlns:xsd="http://www.w3.org/2001/XMLSchema" xmlns:xs="http://www.w3.org/2001/XMLSchema" xmlns:p="http://schemas.microsoft.com/office/2006/metadata/properties" xmlns:ns2="de777af5-75c5-4059-8842-b3ca2d118c77" xmlns:ns3="2a074f81-815d-406a-b32b-32b8f0340d04" targetNamespace="http://schemas.microsoft.com/office/2006/metadata/properties" ma:root="true" ma:fieldsID="83c2d8e24281f0eca33611d04ce1fda3" ns2:_="" ns3:_="">
    <xsd:import namespace="de777af5-75c5-4059-8842-b3ca2d118c77"/>
    <xsd:import namespace="2a074f81-815d-406a-b32b-32b8f0340d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74f81-815d-406a-b32b-32b8f0340d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4E9D1E-47B1-4244-ABBA-D2AD37AFAABC}">
  <ds:schemaRefs>
    <ds:schemaRef ds:uri="http://schemas.microsoft.com/office/2006/metadata/properties"/>
    <ds:schemaRef ds:uri="http://schemas.microsoft.com/office/infopath/2007/PartnerControls"/>
    <ds:schemaRef ds:uri="de777af5-75c5-4059-8842-b3ca2d118c77"/>
  </ds:schemaRefs>
</ds:datastoreItem>
</file>

<file path=customXml/itemProps2.xml><?xml version="1.0" encoding="utf-8"?>
<ds:datastoreItem xmlns:ds="http://schemas.openxmlformats.org/officeDocument/2006/customXml" ds:itemID="{6C98AE40-466E-4DBB-80DF-D396ABA68F0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42DF382-6A13-4427-A541-B58CAFF667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2a074f81-815d-406a-b32b-32b8f0340d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97007B-E396-4149-9715-65FB11D7EE4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UNDP</cp:lastModifiedBy>
  <cp:revision>20</cp:revision>
  <dcterms:created xsi:type="dcterms:W3CDTF">2026-01-05T13:45:00Z</dcterms:created>
  <dcterms:modified xsi:type="dcterms:W3CDTF">2026-01-08T14:31:00Z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0x01010047566BDE0B3BC041B144976C601086AB</vt:lpwstr>
  </property>
  <property fmtid="{D5CDD505-2E9C-101B-9397-08002B2CF9AE}" pid="3" name="_dlc_DocIdItemGuid">
    <vt:lpwstr>761d7db0-7482-40c5-9dd5-a01a88078d42</vt:lpwstr>
  </property>
</Properties>
</file>